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AD42EC" w14:paraId="6CBD12CC" w14:textId="77777777">
        <w:trPr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D55C" w14:textId="77777777" w:rsidR="00AD42EC" w:rsidRDefault="00AD376A">
            <w:r>
              <w:rPr>
                <w:noProof/>
              </w:rPr>
              <w:drawing>
                <wp:inline distT="0" distB="0" distL="0" distR="0" wp14:anchorId="5D428FF8" wp14:editId="5D99FC2D">
                  <wp:extent cx="1620000" cy="49614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49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F01A" w14:textId="03A2B981" w:rsidR="00AD42EC" w:rsidRPr="0001121F" w:rsidRDefault="00AD42EC" w:rsidP="0001121F">
            <w:pPr>
              <w:spacing w:after="0"/>
              <w:rPr>
                <w:b/>
                <w:sz w:val="34"/>
              </w:rPr>
            </w:pPr>
          </w:p>
        </w:tc>
      </w:tr>
    </w:tbl>
    <w:p w14:paraId="2C8717F8" w14:textId="77777777" w:rsidR="00AD42EC" w:rsidRDefault="00AD376A">
      <w:pPr>
        <w:spacing w:before="80" w:after="280"/>
        <w:jc w:val="center"/>
      </w:pPr>
      <w:r>
        <w:rPr>
          <w:b/>
          <w:sz w:val="34"/>
        </w:rPr>
        <w:t>Vollmacht</w:t>
      </w:r>
    </w:p>
    <w:p w14:paraId="55AF424F" w14:textId="77777777" w:rsidR="00AD42EC" w:rsidRDefault="00AD376A">
      <w:pPr>
        <w:spacing w:after="0"/>
        <w:jc w:val="center"/>
      </w:pPr>
      <w:r>
        <w:t>Zum Abgeordnetentag des Deutschen Marinebundes e.V.</w:t>
      </w:r>
    </w:p>
    <w:p w14:paraId="3F8FB9E6" w14:textId="06A03A2D" w:rsidR="00AD42EC" w:rsidRDefault="00AD376A">
      <w:pPr>
        <w:spacing w:after="0"/>
        <w:jc w:val="center"/>
      </w:pPr>
      <w:r>
        <w:rPr>
          <w:b/>
        </w:rPr>
        <w:t>am Samstag, 1</w:t>
      </w:r>
      <w:r w:rsidR="003B4DDB">
        <w:rPr>
          <w:b/>
        </w:rPr>
        <w:t>0</w:t>
      </w:r>
      <w:r>
        <w:rPr>
          <w:b/>
        </w:rPr>
        <w:t xml:space="preserve">. Oktober 2025 in </w:t>
      </w:r>
      <w:r w:rsidR="003B4DDB">
        <w:rPr>
          <w:b/>
        </w:rPr>
        <w:t>Rottenburg</w:t>
      </w:r>
    </w:p>
    <w:p w14:paraId="07DB874C" w14:textId="77777777" w:rsidR="00AD42EC" w:rsidRDefault="00AD376A">
      <w:pPr>
        <w:spacing w:after="480"/>
        <w:jc w:val="center"/>
      </w:pPr>
      <w:r>
        <w:t>entsendet der unterzeichnete Mitgliedsverein den nachfolgend benannten Kameraden: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AD42EC" w14:paraId="27488602" w14:textId="77777777">
        <w:trPr>
          <w:trHeight w:val="481"/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20D1" w14:textId="75554F5F" w:rsidR="00AD42EC" w:rsidRDefault="00AD376A">
            <w:pPr>
              <w:spacing w:after="0"/>
            </w:pPr>
            <w:proofErr w:type="gramStart"/>
            <w:r>
              <w:t>Name:..............................</w:t>
            </w:r>
            <w:r w:rsidR="003B4DDB">
              <w:t>.........</w:t>
            </w:r>
            <w:r>
              <w:t>....</w:t>
            </w:r>
            <w:proofErr w:type="gramEnd"/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99DC" w14:textId="77777777" w:rsidR="00AD42EC" w:rsidRDefault="00AD376A">
            <w:pPr>
              <w:spacing w:after="0"/>
            </w:pPr>
            <w:r>
              <w:t>Vorname:.............................</w:t>
            </w:r>
          </w:p>
        </w:tc>
      </w:tr>
      <w:tr w:rsidR="00AD42EC" w14:paraId="60E739F6" w14:textId="77777777">
        <w:trPr>
          <w:trHeight w:val="481"/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C296" w14:textId="08CE7A77" w:rsidR="00AD42EC" w:rsidRDefault="00AD376A">
            <w:pPr>
              <w:spacing w:after="0"/>
            </w:pPr>
            <w:proofErr w:type="spellStart"/>
            <w:proofErr w:type="gramStart"/>
            <w:r>
              <w:t>Straße</w:t>
            </w:r>
            <w:proofErr w:type="spellEnd"/>
            <w:r>
              <w:t>:.................................</w:t>
            </w:r>
            <w:r w:rsidR="003B4DDB">
              <w:t>........</w:t>
            </w:r>
            <w:r>
              <w:t>.</w:t>
            </w:r>
            <w:proofErr w:type="gramEnd"/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AAF63" w14:textId="38C8A53E" w:rsidR="00AD42EC" w:rsidRDefault="00AD376A">
            <w:pPr>
              <w:spacing w:after="0"/>
            </w:pPr>
            <w:r>
              <w:t xml:space="preserve">PLZ, </w:t>
            </w:r>
            <w:proofErr w:type="gramStart"/>
            <w:r>
              <w:t>Ort:.............................</w:t>
            </w:r>
            <w:r w:rsidR="0001121F">
              <w:t>.</w:t>
            </w:r>
            <w:proofErr w:type="gramEnd"/>
          </w:p>
        </w:tc>
      </w:tr>
      <w:tr w:rsidR="00AD42EC" w14:paraId="197F81B3" w14:textId="77777777">
        <w:trPr>
          <w:trHeight w:val="481"/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79C5" w14:textId="77777777" w:rsidR="00AD42EC" w:rsidRDefault="00AD376A">
            <w:pPr>
              <w:spacing w:after="0"/>
            </w:pPr>
            <w:r>
              <w:t>Mitglieds-Nr:..................................</w:t>
            </w:r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74785" w14:textId="7D1F673E" w:rsidR="00AD42EC" w:rsidRDefault="00AD376A">
            <w:pPr>
              <w:spacing w:after="0"/>
            </w:pPr>
            <w:proofErr w:type="gramStart"/>
            <w:r>
              <w:t>ÖG:............................</w:t>
            </w:r>
            <w:r w:rsidR="0001121F">
              <w:t>..........</w:t>
            </w:r>
            <w:proofErr w:type="gramEnd"/>
          </w:p>
        </w:tc>
      </w:tr>
    </w:tbl>
    <w:p w14:paraId="4B9F7556" w14:textId="77777777" w:rsidR="00AD42EC" w:rsidRDefault="00AD376A">
      <w:pPr>
        <w:spacing w:before="360"/>
      </w:pPr>
      <w:r>
        <w:t>Im Verhinderungsfall: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AD42EC" w14:paraId="764C8560" w14:textId="77777777">
        <w:trPr>
          <w:trHeight w:val="481"/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53EC2" w14:textId="461BA7B8" w:rsidR="00AD42EC" w:rsidRDefault="00AD376A">
            <w:pPr>
              <w:spacing w:after="0"/>
            </w:pPr>
            <w:proofErr w:type="gramStart"/>
            <w:r>
              <w:t>Name:</w:t>
            </w:r>
            <w:r>
              <w:t>.............................</w:t>
            </w:r>
            <w:r w:rsidR="003B4DDB">
              <w:t>.........</w:t>
            </w:r>
            <w:r>
              <w:t>.....</w:t>
            </w:r>
            <w:proofErr w:type="gramEnd"/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5C23" w14:textId="77777777" w:rsidR="00AD42EC" w:rsidRDefault="00AD376A">
            <w:pPr>
              <w:spacing w:after="0"/>
            </w:pPr>
            <w:r>
              <w:t>Vorname:.............................</w:t>
            </w:r>
          </w:p>
        </w:tc>
      </w:tr>
      <w:tr w:rsidR="00AD42EC" w14:paraId="7A8F148C" w14:textId="77777777">
        <w:trPr>
          <w:trHeight w:val="481"/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ABD5" w14:textId="3CD10727" w:rsidR="00AD42EC" w:rsidRDefault="00AD376A">
            <w:pPr>
              <w:spacing w:after="0"/>
            </w:pPr>
            <w:r>
              <w:t>Straße:..................................</w:t>
            </w:r>
            <w:r w:rsidR="003B4DDB">
              <w:t>........</w:t>
            </w:r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033E" w14:textId="17D9C5BF" w:rsidR="00AD42EC" w:rsidRDefault="00AD376A">
            <w:pPr>
              <w:spacing w:after="0"/>
            </w:pPr>
            <w:r>
              <w:t xml:space="preserve">PLZ, </w:t>
            </w:r>
            <w:proofErr w:type="gramStart"/>
            <w:r>
              <w:t>Ort:.............................</w:t>
            </w:r>
            <w:r w:rsidR="0001121F">
              <w:t>.</w:t>
            </w:r>
            <w:proofErr w:type="gramEnd"/>
          </w:p>
        </w:tc>
      </w:tr>
      <w:tr w:rsidR="00AD42EC" w14:paraId="3E96C362" w14:textId="77777777">
        <w:trPr>
          <w:trHeight w:val="481"/>
          <w:jc w:val="center"/>
        </w:trPr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3372" w14:textId="77777777" w:rsidR="00AD42EC" w:rsidRDefault="00AD376A">
            <w:pPr>
              <w:spacing w:after="0"/>
            </w:pPr>
            <w:r>
              <w:t>Mitglieds-Nr:..................................</w:t>
            </w:r>
          </w:p>
        </w:tc>
        <w:tc>
          <w:tcPr>
            <w:tcW w:w="51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8E88" w14:textId="62090CA4" w:rsidR="00AD42EC" w:rsidRDefault="00AD376A">
            <w:pPr>
              <w:spacing w:after="0"/>
            </w:pPr>
            <w:proofErr w:type="gramStart"/>
            <w:r>
              <w:t>ÖG:.............................</w:t>
            </w:r>
            <w:r w:rsidR="0001121F">
              <w:t>.........</w:t>
            </w:r>
            <w:proofErr w:type="gramEnd"/>
          </w:p>
        </w:tc>
      </w:tr>
    </w:tbl>
    <w:p w14:paraId="38D2677C" w14:textId="0CDB6DD7" w:rsidR="00AD42EC" w:rsidRDefault="00AD376A">
      <w:pPr>
        <w:spacing w:before="360"/>
      </w:pPr>
      <w:r>
        <w:t xml:space="preserve">Die Mitgliederstärke des </w:t>
      </w:r>
      <w:proofErr w:type="spellStart"/>
      <w:r>
        <w:t>Mitgliedsvereins</w:t>
      </w:r>
      <w:proofErr w:type="spellEnd"/>
      <w:r>
        <w:t xml:space="preserve"> </w:t>
      </w:r>
      <w:proofErr w:type="spellStart"/>
      <w:r>
        <w:t>betrug</w:t>
      </w:r>
      <w:proofErr w:type="spellEnd"/>
      <w:r>
        <w:t xml:space="preserve"> am </w:t>
      </w:r>
      <w:r>
        <w:rPr>
          <w:b/>
          <w:color w:val="FF0000"/>
        </w:rPr>
        <w:t>30.06.202</w:t>
      </w:r>
      <w:r w:rsidR="0001121F">
        <w:rPr>
          <w:b/>
          <w:color w:val="FF0000"/>
        </w:rPr>
        <w:t>6</w:t>
      </w:r>
      <w:r>
        <w:t xml:space="preserve"> .......................... Kameraden</w:t>
      </w:r>
    </w:p>
    <w:p w14:paraId="7AD8D490" w14:textId="77777777" w:rsidR="00AD42EC" w:rsidRDefault="00AD376A">
      <w:pPr>
        <w:spacing w:after="160"/>
      </w:pPr>
      <w:r>
        <w:t>Mitgliedsverein:.................................................................MK/MV-Nr.:........................</w:t>
      </w:r>
    </w:p>
    <w:p w14:paraId="6B5F9451" w14:textId="77777777" w:rsidR="00AD42EC" w:rsidRDefault="00AD376A">
      <w:pPr>
        <w:spacing w:after="440"/>
      </w:pPr>
      <w:r>
        <w:t>Landesverband:........................................................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AD42EC" w14:paraId="38961496" w14:textId="77777777">
        <w:trPr>
          <w:trHeight w:val="850"/>
        </w:trPr>
        <w:tc>
          <w:tcPr>
            <w:tcW w:w="5156" w:type="dxa"/>
          </w:tcPr>
          <w:p w14:paraId="4CC9D8F1" w14:textId="77777777" w:rsidR="00AD42EC" w:rsidRDefault="00AD42EC"/>
        </w:tc>
        <w:tc>
          <w:tcPr>
            <w:tcW w:w="5156" w:type="dxa"/>
          </w:tcPr>
          <w:p w14:paraId="76947694" w14:textId="77777777" w:rsidR="00AD42EC" w:rsidRDefault="00AD376A">
            <w:pPr>
              <w:jc w:val="center"/>
            </w:pPr>
            <w:r>
              <w:t>........................................................</w:t>
            </w:r>
          </w:p>
        </w:tc>
      </w:tr>
      <w:tr w:rsidR="00AD42EC" w14:paraId="7FB212B1" w14:textId="77777777">
        <w:tc>
          <w:tcPr>
            <w:tcW w:w="5156" w:type="dxa"/>
          </w:tcPr>
          <w:p w14:paraId="70A08C0A" w14:textId="77777777" w:rsidR="00AD42EC" w:rsidRDefault="00AD42EC"/>
        </w:tc>
        <w:tc>
          <w:tcPr>
            <w:tcW w:w="5156" w:type="dxa"/>
          </w:tcPr>
          <w:p w14:paraId="5A295BC2" w14:textId="77777777" w:rsidR="00AD42EC" w:rsidRDefault="00AD376A">
            <w:pPr>
              <w:jc w:val="center"/>
            </w:pPr>
            <w:r>
              <w:rPr>
                <w:sz w:val="18"/>
              </w:rPr>
              <w:t>Unterschrift 1.Vorsitzender</w:t>
            </w:r>
          </w:p>
        </w:tc>
      </w:tr>
    </w:tbl>
    <w:p w14:paraId="6D83FBBF" w14:textId="77777777" w:rsidR="00AD42EC" w:rsidRDefault="00AD376A">
      <w:pPr>
        <w:spacing w:before="280" w:after="0"/>
      </w:pPr>
      <w:r>
        <w:rPr>
          <w:b/>
          <w:color w:val="FF0000"/>
          <w:sz w:val="25"/>
        </w:rPr>
        <w:t>Wichtig:</w:t>
      </w:r>
    </w:p>
    <w:p w14:paraId="7B5DBA81" w14:textId="697D5770" w:rsidR="00AD42EC" w:rsidRDefault="00AD376A">
      <w:pPr>
        <w:spacing w:after="0"/>
      </w:pPr>
      <w:r>
        <w:rPr>
          <w:b/>
        </w:rPr>
        <w:t xml:space="preserve">Diese Vollmacht </w:t>
      </w:r>
      <w:proofErr w:type="spellStart"/>
      <w:r>
        <w:rPr>
          <w:b/>
        </w:rPr>
        <w:t>ist</w:t>
      </w:r>
      <w:proofErr w:type="spellEnd"/>
      <w:r>
        <w:rPr>
          <w:b/>
        </w:rPr>
        <w:t xml:space="preserve"> bis </w:t>
      </w:r>
      <w:proofErr w:type="spellStart"/>
      <w:r>
        <w:rPr>
          <w:b/>
        </w:rPr>
        <w:t>zum</w:t>
      </w:r>
      <w:proofErr w:type="spellEnd"/>
      <w:r>
        <w:rPr>
          <w:b/>
        </w:rPr>
        <w:t xml:space="preserve"> </w:t>
      </w:r>
      <w:r>
        <w:rPr>
          <w:b/>
          <w:color w:val="FF0000"/>
        </w:rPr>
        <w:t>1</w:t>
      </w:r>
      <w:r w:rsidR="003B4DDB">
        <w:rPr>
          <w:b/>
          <w:color w:val="FF0000"/>
        </w:rPr>
        <w:t>1</w:t>
      </w:r>
      <w:r>
        <w:rPr>
          <w:b/>
          <w:color w:val="FF0000"/>
        </w:rPr>
        <w:t>.09.202</w:t>
      </w:r>
      <w:r w:rsidR="0001121F">
        <w:rPr>
          <w:b/>
          <w:color w:val="FF0000"/>
        </w:rPr>
        <w:t>6</w:t>
      </w:r>
      <w:r>
        <w:rPr>
          <w:b/>
        </w:rPr>
        <w:t xml:space="preserve"> der </w:t>
      </w:r>
      <w:proofErr w:type="spellStart"/>
      <w:r>
        <w:rPr>
          <w:b/>
        </w:rPr>
        <w:t>Bundesgeschäftsstelle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zuzusenden</w:t>
      </w:r>
      <w:proofErr w:type="spellEnd"/>
      <w:r>
        <w:rPr>
          <w:b/>
        </w:rPr>
        <w:t>. Alle</w:t>
      </w:r>
    </w:p>
    <w:p w14:paraId="55C8EB43" w14:textId="77777777" w:rsidR="00AD42EC" w:rsidRDefault="00AD376A">
      <w:pPr>
        <w:spacing w:after="0"/>
      </w:pPr>
      <w:r>
        <w:rPr>
          <w:b/>
        </w:rPr>
        <w:t>nach diesem Termin eingehenden Vollmachten können aus organisatorischen Gründen</w:t>
      </w:r>
    </w:p>
    <w:p w14:paraId="17F641AF" w14:textId="77777777" w:rsidR="00AD42EC" w:rsidRDefault="00AD376A">
      <w:pPr>
        <w:spacing w:after="0"/>
      </w:pPr>
      <w:r>
        <w:rPr>
          <w:b/>
          <w:u w:val="single"/>
        </w:rPr>
        <w:t>nicht</w:t>
      </w:r>
      <w:r>
        <w:rPr>
          <w:b/>
        </w:rPr>
        <w:t xml:space="preserve"> mehr berücksichtigt werden.</w:t>
      </w:r>
    </w:p>
    <w:sectPr w:rsidR="00AD42EC" w:rsidSect="00034616">
      <w:pgSz w:w="12240" w:h="15840"/>
      <w:pgMar w:top="879" w:right="964" w:bottom="87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9701432">
    <w:abstractNumId w:val="8"/>
  </w:num>
  <w:num w:numId="2" w16cid:durableId="733159980">
    <w:abstractNumId w:val="6"/>
  </w:num>
  <w:num w:numId="3" w16cid:durableId="1336764869">
    <w:abstractNumId w:val="5"/>
  </w:num>
  <w:num w:numId="4" w16cid:durableId="93868376">
    <w:abstractNumId w:val="4"/>
  </w:num>
  <w:num w:numId="5" w16cid:durableId="70390975">
    <w:abstractNumId w:val="7"/>
  </w:num>
  <w:num w:numId="6" w16cid:durableId="461466393">
    <w:abstractNumId w:val="3"/>
  </w:num>
  <w:num w:numId="7" w16cid:durableId="1198392427">
    <w:abstractNumId w:val="2"/>
  </w:num>
  <w:num w:numId="8" w16cid:durableId="1781221594">
    <w:abstractNumId w:val="1"/>
  </w:num>
  <w:num w:numId="9" w16cid:durableId="159155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21F"/>
    <w:rsid w:val="00034616"/>
    <w:rsid w:val="0006063C"/>
    <w:rsid w:val="0015074B"/>
    <w:rsid w:val="0029639D"/>
    <w:rsid w:val="00326F90"/>
    <w:rsid w:val="003B4DDB"/>
    <w:rsid w:val="00AA1D8D"/>
    <w:rsid w:val="00AD376A"/>
    <w:rsid w:val="00AD42EC"/>
    <w:rsid w:val="00B47730"/>
    <w:rsid w:val="00CB0664"/>
    <w:rsid w:val="00FC19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ED486"/>
  <w14:defaultImageDpi w14:val="300"/>
  <w15:docId w15:val="{A645D554-F40C-4B85-8EB4-7AFE4E4E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 Kübel</cp:lastModifiedBy>
  <cp:revision>3</cp:revision>
  <dcterms:created xsi:type="dcterms:W3CDTF">2026-08-14T08:20:00Z</dcterms:created>
  <dcterms:modified xsi:type="dcterms:W3CDTF">2026-08-14T08:22:00Z</dcterms:modified>
  <cp:category/>
</cp:coreProperties>
</file>